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AC76D" w14:textId="5FFAB099" w:rsidR="00504C56" w:rsidRDefault="00504C56">
      <w:pPr>
        <w:pStyle w:val="Ttulo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78BED8" wp14:editId="4156EB01">
            <wp:simplePos x="0" y="0"/>
            <wp:positionH relativeFrom="column">
              <wp:posOffset>1962150</wp:posOffset>
            </wp:positionH>
            <wp:positionV relativeFrom="paragraph">
              <wp:posOffset>-463550</wp:posOffset>
            </wp:positionV>
            <wp:extent cx="1543050" cy="519430"/>
            <wp:effectExtent l="0" t="0" r="0" b="0"/>
            <wp:wrapThrough wrapText="bothSides">
              <wp:wrapPolygon edited="0">
                <wp:start x="6933" y="0"/>
                <wp:lineTo x="0" y="12675"/>
                <wp:lineTo x="0" y="19804"/>
                <wp:lineTo x="800" y="20597"/>
                <wp:lineTo x="10933" y="20597"/>
                <wp:lineTo x="14400" y="20597"/>
                <wp:lineTo x="21067" y="20597"/>
                <wp:lineTo x="20800" y="0"/>
                <wp:lineTo x="6933" y="0"/>
              </wp:wrapPolygon>
            </wp:wrapThrough>
            <wp:docPr id="188740348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403488" name="Imagen 188740348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55A912" w14:textId="4FB4A3BF" w:rsidR="00844099" w:rsidRDefault="00000000">
      <w:pPr>
        <w:pStyle w:val="Ttulo"/>
        <w:jc w:val="center"/>
      </w:pPr>
      <w:r>
        <w:t xml:space="preserve">Informe de </w:t>
      </w:r>
      <w:proofErr w:type="spellStart"/>
      <w:r>
        <w:t>presunta</w:t>
      </w:r>
      <w:proofErr w:type="spellEnd"/>
      <w:r>
        <w:t xml:space="preserve"> </w:t>
      </w:r>
      <w:proofErr w:type="spellStart"/>
      <w:r>
        <w:t>infracción</w:t>
      </w:r>
      <w:proofErr w:type="spellEnd"/>
      <w:r>
        <w:t xml:space="preserve"> a la integridad académica</w:t>
      </w:r>
    </w:p>
    <w:p w14:paraId="0843CFD0" w14:textId="77777777" w:rsidR="00844099" w:rsidRDefault="00000000">
      <w:r>
        <w:rPr>
          <w:b/>
        </w:rPr>
        <w:t>ASUNTO:</w:t>
      </w:r>
      <w:r>
        <w:t xml:space="preserve"> Informe de presunta infracción a la integridad académica – [Nombre del Curso]</w:t>
      </w:r>
    </w:p>
    <w:p w14:paraId="2C8821DA" w14:textId="77777777" w:rsidR="00844099" w:rsidRDefault="00000000">
      <w:r>
        <w:rPr>
          <w:b/>
        </w:rPr>
        <w:t>PARA:</w:t>
      </w:r>
      <w:r>
        <w:t xml:space="preserve"> Dirección de Escuela de Pregrado correspondiente</w:t>
      </w:r>
    </w:p>
    <w:p w14:paraId="7D876003" w14:textId="77777777" w:rsidR="00844099" w:rsidRDefault="00000000">
      <w:r>
        <w:rPr>
          <w:b/>
        </w:rPr>
        <w:t>DE:</w:t>
      </w:r>
      <w:r>
        <w:t xml:space="preserve"> [Nombre del profesor/a o ayudante]</w:t>
      </w:r>
    </w:p>
    <w:p w14:paraId="4D7B5FA8" w14:textId="77777777" w:rsidR="00844099" w:rsidRDefault="00000000">
      <w:r>
        <w:t>__________________________________________________</w:t>
      </w:r>
    </w:p>
    <w:p w14:paraId="11118095" w14:textId="77777777" w:rsidR="00844099" w:rsidRDefault="00000000">
      <w:pPr>
        <w:pStyle w:val="Ttulo1"/>
      </w:pPr>
      <w:r>
        <w:t>I. Antecedentes generales</w:t>
      </w:r>
    </w:p>
    <w:p w14:paraId="677E91B8" w14:textId="77777777" w:rsidR="00844099" w:rsidRDefault="00000000">
      <w:pPr>
        <w:pStyle w:val="Listaconvietas"/>
      </w:pPr>
      <w:r>
        <w:rPr>
          <w:b/>
        </w:rPr>
        <w:t>Fecha del incidente:</w:t>
      </w:r>
      <w:r>
        <w:t xml:space="preserve"> [Día/Mes/Año]</w:t>
      </w:r>
    </w:p>
    <w:p w14:paraId="7DA92585" w14:textId="77777777" w:rsidR="00844099" w:rsidRDefault="00000000">
      <w:pPr>
        <w:pStyle w:val="Listaconvietas"/>
      </w:pPr>
      <w:r>
        <w:rPr>
          <w:b/>
        </w:rPr>
        <w:t>Identificación del/a estudiante:</w:t>
      </w:r>
      <w:r>
        <w:t xml:space="preserve"> [Nombre completo] - [RUT]</w:t>
      </w:r>
    </w:p>
    <w:p w14:paraId="5D114BD0" w14:textId="77777777" w:rsidR="00844099" w:rsidRDefault="00000000">
      <w:pPr>
        <w:pStyle w:val="Listaconvietas"/>
      </w:pPr>
      <w:r>
        <w:rPr>
          <w:b/>
        </w:rPr>
        <w:t>Actividad evaluativa:</w:t>
      </w:r>
      <w:r>
        <w:t xml:space="preserve"> (Ej: Solemne 1, Examen, Trabajo de investigación, Control de lectura, etc.).</w:t>
      </w:r>
    </w:p>
    <w:p w14:paraId="7B9644FF" w14:textId="77777777" w:rsidR="00844099" w:rsidRDefault="00000000">
      <w:pPr>
        <w:pStyle w:val="Ttulo1"/>
      </w:pPr>
      <w:r>
        <w:t>II. Descripción de la falta</w:t>
      </w:r>
    </w:p>
    <w:p w14:paraId="4EE1F40E" w14:textId="77777777" w:rsidR="00844099" w:rsidRDefault="00000000">
      <w:pPr>
        <w:pStyle w:val="Listaconvietas"/>
      </w:pPr>
      <w:r>
        <w:rPr>
          <w:b/>
        </w:rPr>
        <w:t>Hechos observados:</w:t>
      </w:r>
      <w:r>
        <w:t xml:space="preserve"> (Relato cronológico de lo ocurrido. Ej: "Durante el desarrollo de la prueba, se observó que el/la estudiante mantenía un dispositivo móvil encendido con material del curso...").</w:t>
      </w:r>
    </w:p>
    <w:p w14:paraId="4D5C9C05" w14:textId="77777777" w:rsidR="00844099" w:rsidRDefault="00000000">
      <w:pPr>
        <w:pStyle w:val="Listaconvietas"/>
      </w:pPr>
      <w:r>
        <w:rPr>
          <w:b/>
        </w:rPr>
        <w:t>Evidencia recolectada:</w:t>
      </w:r>
      <w:r>
        <w:t xml:space="preserve"> (Ej: Capturas de pantalla, archivos con marcas de plagio, el dispositivo/material físico incautado, informe de Turnitin, etc.).</w:t>
      </w:r>
    </w:p>
    <w:p w14:paraId="74DA4AF9" w14:textId="77777777" w:rsidR="00844099" w:rsidRDefault="00000000">
      <w:pPr>
        <w:pStyle w:val="Ttulo1"/>
      </w:pPr>
      <w:r>
        <w:t>III. Hallazgos observados (señale lo que corresponda):</w:t>
      </w:r>
    </w:p>
    <w:p w14:paraId="757B2685" w14:textId="77777777" w:rsidR="00844099" w:rsidRDefault="00000000">
      <w:pPr>
        <w:pStyle w:val="Listaconvietas"/>
      </w:pPr>
      <w:r>
        <w:t>[  ] Hallazgo de similitud de textos en soportes digitales o físicos.</w:t>
      </w:r>
    </w:p>
    <w:p w14:paraId="1081A418" w14:textId="77777777" w:rsidR="00844099" w:rsidRDefault="00000000">
      <w:pPr>
        <w:pStyle w:val="Listaconvietas"/>
      </w:pPr>
      <w:r>
        <w:t>[  ] Tenencia de material no autorizado durante evaluación presencial.</w:t>
      </w:r>
    </w:p>
    <w:p w14:paraId="5880F639" w14:textId="77777777" w:rsidR="00844099" w:rsidRDefault="00000000">
      <w:pPr>
        <w:pStyle w:val="Listaconvietas"/>
      </w:pPr>
      <w:r>
        <w:t>[  ] Intercambio de información entre pares en evaluación individual.</w:t>
      </w:r>
    </w:p>
    <w:p w14:paraId="6672C9D0" w14:textId="77777777" w:rsidR="00844099" w:rsidRDefault="00000000">
      <w:pPr>
        <w:pStyle w:val="Listaconvietas"/>
      </w:pPr>
      <w:r>
        <w:t>[  ] Inconsistencias graves en la autoría de los resultados/datos.</w:t>
      </w:r>
    </w:p>
    <w:p w14:paraId="5CB519FC" w14:textId="77777777" w:rsidR="00844099" w:rsidRDefault="00000000">
      <w:pPr>
        <w:pStyle w:val="Listaconvietas"/>
      </w:pPr>
      <w:r>
        <w:t>[  ] Otra, fundamente.</w:t>
      </w:r>
    </w:p>
    <w:p w14:paraId="2AB2C831" w14:textId="77777777" w:rsidR="00844099" w:rsidRDefault="00000000">
      <w:r>
        <w:br/>
        <w:t>__________________________________________________</w:t>
      </w:r>
    </w:p>
    <w:sectPr w:rsidR="0084409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4762721">
    <w:abstractNumId w:val="8"/>
  </w:num>
  <w:num w:numId="2" w16cid:durableId="327294037">
    <w:abstractNumId w:val="6"/>
  </w:num>
  <w:num w:numId="3" w16cid:durableId="315764685">
    <w:abstractNumId w:val="5"/>
  </w:num>
  <w:num w:numId="4" w16cid:durableId="1569992576">
    <w:abstractNumId w:val="4"/>
  </w:num>
  <w:num w:numId="5" w16cid:durableId="668871025">
    <w:abstractNumId w:val="7"/>
  </w:num>
  <w:num w:numId="6" w16cid:durableId="1804347639">
    <w:abstractNumId w:val="3"/>
  </w:num>
  <w:num w:numId="7" w16cid:durableId="1936013583">
    <w:abstractNumId w:val="2"/>
  </w:num>
  <w:num w:numId="8" w16cid:durableId="1790197208">
    <w:abstractNumId w:val="1"/>
  </w:num>
  <w:num w:numId="9" w16cid:durableId="10113764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4C56"/>
    <w:rsid w:val="006D1B82"/>
    <w:rsid w:val="0084409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B296E7"/>
  <w14:defaultImageDpi w14:val="300"/>
  <w15:docId w15:val="{DF46A311-30AB-406E-AA32-47388FC5C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Guido Olave Reyes</cp:lastModifiedBy>
  <cp:revision>3</cp:revision>
  <dcterms:created xsi:type="dcterms:W3CDTF">2013-12-23T23:15:00Z</dcterms:created>
  <dcterms:modified xsi:type="dcterms:W3CDTF">2026-04-21T18:50:00Z</dcterms:modified>
  <cp:category/>
</cp:coreProperties>
</file>